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27"/>
        <w:gridCol w:w="5227"/>
      </w:tblGrid>
      <w:tr w:rsidR="00617C03" w14:paraId="1CC83298" w14:textId="77777777">
        <w:trPr>
          <w:tblHeader/>
        </w:trPr>
        <w:tc>
          <w:tcPr>
            <w:tcW w:w="5227" w:type="dxa"/>
            <w:tcMar>
              <w:top w:w="0" w:type="dxa"/>
              <w:left w:w="0" w:type="dxa"/>
              <w:bottom w:w="0" w:type="dxa"/>
              <w:right w:w="0" w:type="dxa"/>
            </w:tcMar>
            <w:vAlign w:val="center"/>
          </w:tcPr>
          <w:p w14:paraId="2E197DFB" w14:textId="77777777" w:rsidR="00617C03" w:rsidRDefault="00000000">
            <w:pPr>
              <w:spacing w:after="0"/>
              <w:jc w:val="center"/>
            </w:pPr>
            <w:r>
              <w:rPr>
                <w:noProof/>
              </w:rPr>
              <w:drawing>
                <wp:anchor distT="0" distB="0" distL="114300" distR="114300" simplePos="0" relativeHeight="251658240" behindDoc="1" locked="0" layoutInCell="1" allowOverlap="1" wp14:anchorId="7C2355F0" wp14:editId="37AFD92D">
                  <wp:simplePos x="0" y="0"/>
                  <wp:positionH relativeFrom="column">
                    <wp:posOffset>-837565</wp:posOffset>
                  </wp:positionH>
                  <wp:positionV relativeFrom="paragraph">
                    <wp:posOffset>-13970</wp:posOffset>
                  </wp:positionV>
                  <wp:extent cx="733425" cy="729615"/>
                  <wp:effectExtent l="0" t="0" r="9525" b="0"/>
                  <wp:wrapTight wrapText="bothSides">
                    <wp:wrapPolygon edited="0">
                      <wp:start x="0" y="0"/>
                      <wp:lineTo x="0" y="20867"/>
                      <wp:lineTo x="21319" y="20867"/>
                      <wp:lineTo x="21319" y="0"/>
                      <wp:lineTo x="0" y="0"/>
                    </wp:wrapPolygon>
                  </wp:wrapTight>
                  <wp:docPr id="1" name="Picture 1" descr="Town of Sunman seal" title="Town of Sunma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jpg"/>
                          <pic:cNvPicPr/>
                        </pic:nvPicPr>
                        <pic:blipFill>
                          <a:blip r:embed="rId8"/>
                          <a:stretch>
                            <a:fillRect/>
                          </a:stretch>
                        </pic:blipFill>
                        <pic:spPr>
                          <a:xfrm>
                            <a:off x="0" y="0"/>
                            <a:ext cx="733425" cy="729615"/>
                          </a:xfrm>
                          <a:prstGeom prst="rect">
                            <a:avLst/>
                          </a:prstGeom>
                        </pic:spPr>
                      </pic:pic>
                    </a:graphicData>
                  </a:graphic>
                  <wp14:sizeRelH relativeFrom="margin">
                    <wp14:pctWidth>0</wp14:pctWidth>
                  </wp14:sizeRelH>
                  <wp14:sizeRelV relativeFrom="margin">
                    <wp14:pctHeight>0</wp14:pctHeight>
                  </wp14:sizeRelV>
                </wp:anchor>
              </w:drawing>
            </w:r>
          </w:p>
        </w:tc>
        <w:tc>
          <w:tcPr>
            <w:tcW w:w="5227" w:type="dxa"/>
            <w:tcMar>
              <w:top w:w="0" w:type="dxa"/>
              <w:left w:w="0" w:type="dxa"/>
              <w:bottom w:w="0" w:type="dxa"/>
              <w:right w:w="0" w:type="dxa"/>
            </w:tcMar>
            <w:vAlign w:val="center"/>
          </w:tcPr>
          <w:p w14:paraId="2302DCA7" w14:textId="77777777" w:rsidR="00617C03" w:rsidRDefault="00000000">
            <w:pPr>
              <w:spacing w:after="0"/>
              <w:jc w:val="center"/>
            </w:pPr>
            <w:r>
              <w:rPr>
                <w:b/>
                <w:color w:val="1F4E79"/>
                <w:sz w:val="36"/>
              </w:rPr>
              <w:t>SUNMAN UTILITIES</w:t>
            </w:r>
          </w:p>
          <w:p w14:paraId="01B5FE78" w14:textId="77777777" w:rsidR="00710747" w:rsidRDefault="00000000">
            <w:pPr>
              <w:spacing w:after="20"/>
              <w:jc w:val="center"/>
              <w:rPr>
                <w:b/>
                <w:sz w:val="23"/>
              </w:rPr>
            </w:pPr>
            <w:r>
              <w:rPr>
                <w:b/>
                <w:sz w:val="23"/>
              </w:rPr>
              <w:t xml:space="preserve">SUMMER METER PROGRAM </w:t>
            </w:r>
          </w:p>
          <w:p w14:paraId="3FD7BDAC" w14:textId="23AB67B3" w:rsidR="00617C03" w:rsidRDefault="00000000">
            <w:pPr>
              <w:spacing w:after="20"/>
              <w:jc w:val="center"/>
            </w:pPr>
            <w:r>
              <w:rPr>
                <w:b/>
                <w:sz w:val="23"/>
              </w:rPr>
              <w:t>2026 ANNUAL READING</w:t>
            </w:r>
          </w:p>
          <w:p w14:paraId="52944281" w14:textId="0EB00E7B" w:rsidR="00617C03" w:rsidRDefault="00000000">
            <w:pPr>
              <w:spacing w:after="0"/>
              <w:jc w:val="center"/>
            </w:pPr>
            <w:r>
              <w:rPr>
                <w:sz w:val="19"/>
              </w:rPr>
              <w:t xml:space="preserve">604 North Meridian Street, Sunman, IN 47041 </w:t>
            </w:r>
            <w:r w:rsidR="00710747">
              <w:rPr>
                <w:sz w:val="19"/>
              </w:rPr>
              <w:t>/</w:t>
            </w:r>
            <w:r>
              <w:rPr>
                <w:sz w:val="19"/>
              </w:rPr>
              <w:t xml:space="preserve"> 812-623-2066</w:t>
            </w:r>
          </w:p>
        </w:tc>
      </w:tr>
    </w:tbl>
    <w:p w14:paraId="4749C1FE" w14:textId="77777777" w:rsidR="00617C03" w:rsidRDefault="00000000">
      <w:pPr>
        <w:spacing w:before="80"/>
      </w:pPr>
      <w:r>
        <w:rPr>
          <w:b/>
        </w:rPr>
        <w:t>Dear Summer Meter Program Customer,</w:t>
      </w:r>
    </w:p>
    <w:p w14:paraId="73A3FFC4" w14:textId="27F5814D" w:rsidR="00617C03" w:rsidRDefault="00000000">
      <w:r>
        <w:t xml:space="preserve">It is that time of year to read your summer meter and send in the reading so we can calculate your wastewater adjustment. Please complete the customer section below and return this form no later than </w:t>
      </w:r>
      <w:r w:rsidR="006E193B" w:rsidRPr="00710747">
        <w:rPr>
          <w:b/>
          <w:bCs/>
          <w:i/>
          <w:iCs/>
          <w:u w:val="single"/>
        </w:rPr>
        <w:t>November 10</w:t>
      </w:r>
      <w:r w:rsidRPr="00710747">
        <w:rPr>
          <w:b/>
          <w:bCs/>
          <w:i/>
          <w:iCs/>
          <w:u w:val="single"/>
        </w:rPr>
        <w:t>, 2026.</w:t>
      </w:r>
    </w:p>
    <w:p w14:paraId="759801E1" w14:textId="77777777" w:rsidR="00617C03" w:rsidRDefault="00000000">
      <w:r>
        <w:t>You may mail it to Town of Sunman, P.O. Box 147, Sunman, IN 47041; place it in the utility drop box located by the blue USPS post office box across from the Town Hall doors; or stop in, say hi, and drop it off at Town Hall.</w:t>
      </w:r>
    </w:p>
    <w:p w14:paraId="5FCEF274" w14:textId="77777777" w:rsidR="008A0067" w:rsidRDefault="008A0067"/>
    <w:tbl>
      <w:tblPr>
        <w:tblW w:w="0" w:type="auto"/>
        <w:tblLayout w:type="fixed"/>
        <w:tblLook w:val="04A0" w:firstRow="1" w:lastRow="0" w:firstColumn="1" w:lastColumn="0" w:noHBand="0" w:noVBand="1"/>
      </w:tblPr>
      <w:tblGrid>
        <w:gridCol w:w="10454"/>
      </w:tblGrid>
      <w:tr w:rsidR="00617C03" w14:paraId="28AB3616" w14:textId="77777777">
        <w:trPr>
          <w:tblHeader/>
        </w:trPr>
        <w:tc>
          <w:tcPr>
            <w:tcW w:w="10454" w:type="dxa"/>
            <w:tcBorders>
              <w:top w:val="single" w:sz="8" w:space="0" w:color="1F4E79"/>
              <w:left w:val="single" w:sz="8" w:space="0" w:color="1F4E79"/>
              <w:bottom w:val="single" w:sz="8" w:space="0" w:color="1F4E79"/>
              <w:right w:val="single" w:sz="8" w:space="0" w:color="1F4E79"/>
            </w:tcBorders>
            <w:shd w:val="clear" w:color="auto" w:fill="EEF5FA"/>
            <w:tcMar>
              <w:top w:w="95" w:type="dxa"/>
              <w:left w:w="125" w:type="dxa"/>
              <w:bottom w:w="95" w:type="dxa"/>
              <w:right w:w="125" w:type="dxa"/>
            </w:tcMar>
          </w:tcPr>
          <w:p w14:paraId="638D025B" w14:textId="77777777" w:rsidR="00617C03" w:rsidRDefault="00000000" w:rsidP="006E193B">
            <w:pPr>
              <w:spacing w:after="40"/>
              <w:jc w:val="center"/>
            </w:pPr>
            <w:r>
              <w:rPr>
                <w:b/>
                <w:color w:val="1F4E79"/>
                <w:sz w:val="20"/>
              </w:rPr>
              <w:t>SUMMER METER CARE &amp; WINTER STORAGE</w:t>
            </w:r>
          </w:p>
          <w:p w14:paraId="33A0535F" w14:textId="77777777" w:rsidR="00617C03" w:rsidRDefault="00000000">
            <w:pPr>
              <w:spacing w:after="0" w:line="240" w:lineRule="auto"/>
            </w:pPr>
            <w:r>
              <w:rPr>
                <w:sz w:val="19"/>
              </w:rPr>
              <w:t>Please remember that the summer meter is your property, and its maintenance and care are your responsibility. Replacement meters average approximately $135. Please handle and store your meter carefully. Before freezing temperatures arrive, disconnect the meter and bring it into a temperature-controlled environment for the winter. Water left in the meter can freeze and may cause the meter to crack or break.</w:t>
            </w:r>
          </w:p>
        </w:tc>
      </w:tr>
    </w:tbl>
    <w:p w14:paraId="3493DB76" w14:textId="77777777" w:rsidR="008A0067" w:rsidRDefault="008A0067">
      <w:pPr>
        <w:spacing w:before="80"/>
        <w:rPr>
          <w:b/>
          <w:sz w:val="18"/>
        </w:rPr>
      </w:pPr>
    </w:p>
    <w:p w14:paraId="4B46A3E9" w14:textId="11D1B184" w:rsidR="00617C03" w:rsidRDefault="00000000">
      <w:pPr>
        <w:spacing w:before="80"/>
      </w:pPr>
      <w:r>
        <w:rPr>
          <w:b/>
          <w:sz w:val="18"/>
        </w:rPr>
        <w:t xml:space="preserve">Accessibility assistance: </w:t>
      </w:r>
      <w:r>
        <w:rPr>
          <w:sz w:val="18"/>
        </w:rPr>
        <w:t>If you need help completing this form or need it in another accessible format, call Town Hall at 812-623-2066.</w:t>
      </w:r>
    </w:p>
    <w:p w14:paraId="700B0B24" w14:textId="77777777" w:rsidR="00617C03" w:rsidRDefault="00000000">
      <w:pPr>
        <w:spacing w:before="120" w:after="100"/>
        <w:jc w:val="center"/>
      </w:pPr>
      <w:r>
        <w:rPr>
          <w:b/>
          <w:sz w:val="18"/>
        </w:rPr>
        <w:t>------------------  CUT HERE - RETURN PORTION BELOW TO UTILITY OFFICE  ------------------</w:t>
      </w:r>
    </w:p>
    <w:tbl>
      <w:tblPr>
        <w:tblW w:w="0" w:type="auto"/>
        <w:tblLayout w:type="fixed"/>
        <w:tblLook w:val="04A0" w:firstRow="1" w:lastRow="0" w:firstColumn="1" w:lastColumn="0" w:noHBand="0" w:noVBand="1"/>
      </w:tblPr>
      <w:tblGrid>
        <w:gridCol w:w="3750"/>
        <w:gridCol w:w="6927"/>
        <w:gridCol w:w="9"/>
      </w:tblGrid>
      <w:tr w:rsidR="00617C03" w14:paraId="7F1F0074" w14:textId="77777777" w:rsidTr="008A0067">
        <w:trPr>
          <w:gridAfter w:val="1"/>
          <w:wAfter w:w="9" w:type="dxa"/>
          <w:trHeight w:val="208"/>
          <w:tblHeader/>
        </w:trPr>
        <w:tc>
          <w:tcPr>
            <w:tcW w:w="10677" w:type="dxa"/>
            <w:gridSpan w:val="2"/>
            <w:tcBorders>
              <w:top w:val="single" w:sz="8" w:space="0" w:color="1F4E79"/>
              <w:left w:val="single" w:sz="8" w:space="0" w:color="1F4E79"/>
              <w:bottom w:val="single" w:sz="8" w:space="0" w:color="1F4E79"/>
              <w:right w:val="single" w:sz="8" w:space="0" w:color="1F4E79"/>
            </w:tcBorders>
            <w:shd w:val="clear" w:color="auto" w:fill="D9EAF7"/>
            <w:tcMar>
              <w:top w:w="70" w:type="dxa"/>
              <w:left w:w="120" w:type="dxa"/>
              <w:bottom w:w="70" w:type="dxa"/>
              <w:right w:w="120" w:type="dxa"/>
            </w:tcMar>
          </w:tcPr>
          <w:p w14:paraId="72B75AB0" w14:textId="77777777" w:rsidR="00617C03" w:rsidRDefault="00000000">
            <w:pPr>
              <w:spacing w:after="0"/>
            </w:pPr>
            <w:r>
              <w:rPr>
                <w:b/>
                <w:color w:val="1F4E79"/>
                <w:sz w:val="22"/>
              </w:rPr>
              <w:t>CUSTOMER TO COMPLETE</w:t>
            </w:r>
          </w:p>
        </w:tc>
      </w:tr>
      <w:tr w:rsidR="00617C03" w14:paraId="1F901037" w14:textId="77777777" w:rsidTr="008A0067">
        <w:trPr>
          <w:cantSplit/>
          <w:trHeight w:val="479"/>
          <w:tblHeader/>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63615F58" w14:textId="77777777" w:rsidR="00617C03" w:rsidRDefault="00000000">
            <w:pPr>
              <w:spacing w:after="0"/>
            </w:pPr>
            <w:r>
              <w:rPr>
                <w:b/>
                <w:sz w:val="20"/>
              </w:rPr>
              <w:t>Customer Name</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2993A0E4" w14:textId="77777777" w:rsidR="00617C03" w:rsidRDefault="00000000">
            <w:pPr>
              <w:spacing w:after="0"/>
            </w:pPr>
            <w:sdt>
              <w:sdtPr>
                <w:alias w:val="CUSTOMER_NAME"/>
                <w:tag w:val="CUSTOMER_NAME"/>
                <w:id w:val="2004467710"/>
                <w:text/>
              </w:sdtPr>
              <w:sdtContent>
                <w:r>
                  <w:rPr>
                    <w:color w:val="5A5A5A"/>
                    <w:sz w:val="20"/>
                  </w:rPr>
                  <w:t>{{CUSTOMER_NAME}}</w:t>
                </w:r>
              </w:sdtContent>
            </w:sdt>
          </w:p>
        </w:tc>
      </w:tr>
      <w:tr w:rsidR="00617C03" w14:paraId="49330396"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74CAC919" w14:textId="77777777" w:rsidR="00617C03" w:rsidRDefault="00000000">
            <w:pPr>
              <w:spacing w:after="0"/>
            </w:pPr>
            <w:r>
              <w:rPr>
                <w:b/>
                <w:sz w:val="20"/>
              </w:rPr>
              <w:t>Service Address</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2291A9FD" w14:textId="77777777" w:rsidR="00617C03" w:rsidRDefault="00000000">
            <w:pPr>
              <w:spacing w:after="0"/>
            </w:pPr>
            <w:sdt>
              <w:sdtPr>
                <w:alias w:val="SERVICE_ADDRESS"/>
                <w:tag w:val="SERVICE_ADDRESS"/>
                <w:id w:val="-630245806"/>
                <w:text/>
              </w:sdtPr>
              <w:sdtContent>
                <w:r>
                  <w:rPr>
                    <w:color w:val="5A5A5A"/>
                    <w:sz w:val="20"/>
                  </w:rPr>
                  <w:t>{{SERVICE_ADDRESS}}</w:t>
                </w:r>
              </w:sdtContent>
            </w:sdt>
          </w:p>
        </w:tc>
      </w:tr>
      <w:tr w:rsidR="00617C03" w14:paraId="6E67A2C7"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451D5F91" w14:textId="77777777" w:rsidR="00617C03" w:rsidRDefault="00000000">
            <w:pPr>
              <w:spacing w:after="0"/>
            </w:pPr>
            <w:r>
              <w:rPr>
                <w:b/>
                <w:sz w:val="20"/>
              </w:rPr>
              <w:t>Summer Meter Number</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12E821DC" w14:textId="77777777" w:rsidR="00617C03" w:rsidRDefault="00000000">
            <w:pPr>
              <w:spacing w:after="0"/>
            </w:pPr>
            <w:sdt>
              <w:sdtPr>
                <w:alias w:val="METER_NUMBER"/>
                <w:tag w:val="METER_NUMBER"/>
                <w:id w:val="1129429853"/>
                <w:text/>
              </w:sdtPr>
              <w:sdtContent>
                <w:r>
                  <w:rPr>
                    <w:color w:val="5A5A5A"/>
                    <w:sz w:val="20"/>
                  </w:rPr>
                  <w:t>{{METER_NUMBER}}</w:t>
                </w:r>
              </w:sdtContent>
            </w:sdt>
          </w:p>
        </w:tc>
      </w:tr>
      <w:tr w:rsidR="00617C03" w14:paraId="167C9642"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18DC8C6E" w14:textId="77777777" w:rsidR="00617C03" w:rsidRDefault="00000000">
            <w:pPr>
              <w:spacing w:after="0"/>
            </w:pPr>
            <w:r>
              <w:rPr>
                <w:b/>
                <w:sz w:val="20"/>
              </w:rPr>
              <w:t>2026 Summer Meter Reading</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60040D3C" w14:textId="77777777" w:rsidR="00617C03" w:rsidRDefault="00000000">
            <w:pPr>
              <w:spacing w:after="0"/>
            </w:pPr>
            <w:sdt>
              <w:sdtPr>
                <w:alias w:val="CUSTOMER_READING"/>
                <w:tag w:val="CUSTOMER_READING"/>
                <w:id w:val="979196310"/>
                <w:text/>
              </w:sdtPr>
              <w:sdtContent>
                <w:r>
                  <w:rPr>
                    <w:color w:val="5A5A5A"/>
                    <w:sz w:val="20"/>
                  </w:rPr>
                  <w:t>{{CUSTOMER_READING}}</w:t>
                </w:r>
              </w:sdtContent>
            </w:sdt>
          </w:p>
        </w:tc>
      </w:tr>
      <w:tr w:rsidR="00617C03" w14:paraId="694FE5FD"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449D2530" w14:textId="77777777" w:rsidR="00617C03" w:rsidRDefault="00000000">
            <w:pPr>
              <w:spacing w:after="0"/>
            </w:pPr>
            <w:r>
              <w:rPr>
                <w:b/>
                <w:sz w:val="20"/>
              </w:rPr>
              <w:t>Date Meter Was Read</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5BA879A7" w14:textId="77777777" w:rsidR="00617C03" w:rsidRDefault="00000000">
            <w:pPr>
              <w:spacing w:after="0"/>
            </w:pPr>
            <w:sdt>
              <w:sdtPr>
                <w:alias w:val="READ_DATE"/>
                <w:tag w:val="READ_DATE"/>
                <w:id w:val="744151002"/>
                <w:text/>
              </w:sdtPr>
              <w:sdtContent>
                <w:r>
                  <w:rPr>
                    <w:color w:val="5A5A5A"/>
                    <w:sz w:val="20"/>
                  </w:rPr>
                  <w:t>{{READ_DATE}}</w:t>
                </w:r>
              </w:sdtContent>
            </w:sdt>
          </w:p>
        </w:tc>
      </w:tr>
      <w:tr w:rsidR="00617C03" w14:paraId="2B44E3C0"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39371173" w14:textId="5016C224" w:rsidR="00617C03" w:rsidRDefault="00000000">
            <w:pPr>
              <w:spacing w:after="0"/>
            </w:pPr>
            <w:r>
              <w:rPr>
                <w:b/>
                <w:sz w:val="20"/>
              </w:rPr>
              <w:t xml:space="preserve">Customer Signature - type </w:t>
            </w:r>
            <w:r w:rsidR="00B567D7">
              <w:rPr>
                <w:b/>
                <w:sz w:val="20"/>
              </w:rPr>
              <w:t xml:space="preserve">or print </w:t>
            </w:r>
            <w:r>
              <w:rPr>
                <w:b/>
                <w:sz w:val="20"/>
              </w:rPr>
              <w:t>full legal name</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10A529E5" w14:textId="77777777" w:rsidR="00617C03" w:rsidRDefault="00000000">
            <w:pPr>
              <w:spacing w:after="0"/>
            </w:pPr>
            <w:sdt>
              <w:sdtPr>
                <w:alias w:val="CUSTOMER_SIGNATURE"/>
                <w:tag w:val="CUSTOMER_SIGNATURE"/>
                <w:id w:val="615637393"/>
                <w:text/>
              </w:sdtPr>
              <w:sdtContent>
                <w:r>
                  <w:rPr>
                    <w:color w:val="5A5A5A"/>
                    <w:sz w:val="20"/>
                  </w:rPr>
                  <w:t>{{CUSTOMER_SIGNATURE}}</w:t>
                </w:r>
              </w:sdtContent>
            </w:sdt>
          </w:p>
        </w:tc>
      </w:tr>
      <w:tr w:rsidR="00617C03" w14:paraId="1C77A3ED" w14:textId="77777777" w:rsidTr="008A0067">
        <w:trPr>
          <w:cantSplit/>
          <w:trHeight w:val="479"/>
        </w:trPr>
        <w:tc>
          <w:tcPr>
            <w:tcW w:w="3750"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0CE20103" w14:textId="77777777" w:rsidR="00617C03" w:rsidRDefault="00000000">
            <w:pPr>
              <w:spacing w:after="0"/>
            </w:pPr>
            <w:r>
              <w:rPr>
                <w:b/>
                <w:sz w:val="20"/>
              </w:rPr>
              <w:t>Phone Number</w:t>
            </w:r>
          </w:p>
        </w:tc>
        <w:tc>
          <w:tcPr>
            <w:tcW w:w="6936"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554D95C6" w14:textId="77777777" w:rsidR="00617C03" w:rsidRDefault="00000000">
            <w:pPr>
              <w:spacing w:after="0"/>
            </w:pPr>
            <w:sdt>
              <w:sdtPr>
                <w:alias w:val="PHONE_NUMBER"/>
                <w:tag w:val="PHONE_NUMBER"/>
                <w:id w:val="-455030170"/>
                <w:text/>
              </w:sdtPr>
              <w:sdtContent>
                <w:r>
                  <w:rPr>
                    <w:color w:val="5A5A5A"/>
                    <w:sz w:val="20"/>
                  </w:rPr>
                  <w:t>{{PHONE_NUMBER}}</w:t>
                </w:r>
              </w:sdtContent>
            </w:sdt>
          </w:p>
        </w:tc>
      </w:tr>
    </w:tbl>
    <w:p w14:paraId="34D86A27" w14:textId="77777777" w:rsidR="00617C03" w:rsidRDefault="00617C03">
      <w:pPr>
        <w:spacing w:before="40" w:after="40"/>
      </w:pPr>
    </w:p>
    <w:tbl>
      <w:tblPr>
        <w:tblW w:w="0" w:type="auto"/>
        <w:tblLayout w:type="fixed"/>
        <w:tblLook w:val="04A0" w:firstRow="1" w:lastRow="0" w:firstColumn="1" w:lastColumn="0" w:noHBand="0" w:noVBand="1"/>
      </w:tblPr>
      <w:tblGrid>
        <w:gridCol w:w="3749"/>
        <w:gridCol w:w="6928"/>
        <w:gridCol w:w="9"/>
      </w:tblGrid>
      <w:tr w:rsidR="00617C03" w14:paraId="11D87DBF" w14:textId="77777777" w:rsidTr="008A0067">
        <w:trPr>
          <w:gridAfter w:val="1"/>
          <w:wAfter w:w="9" w:type="dxa"/>
          <w:trHeight w:val="195"/>
          <w:tblHeader/>
        </w:trPr>
        <w:tc>
          <w:tcPr>
            <w:tcW w:w="10677" w:type="dxa"/>
            <w:gridSpan w:val="2"/>
            <w:tcBorders>
              <w:top w:val="single" w:sz="8" w:space="0" w:color="1F4E79"/>
              <w:left w:val="single" w:sz="8" w:space="0" w:color="1F4E79"/>
              <w:bottom w:val="single" w:sz="8" w:space="0" w:color="1F4E79"/>
              <w:right w:val="single" w:sz="8" w:space="0" w:color="1F4E79"/>
            </w:tcBorders>
            <w:shd w:val="clear" w:color="auto" w:fill="D9EAF7"/>
            <w:tcMar>
              <w:top w:w="70" w:type="dxa"/>
              <w:left w:w="120" w:type="dxa"/>
              <w:bottom w:w="70" w:type="dxa"/>
              <w:right w:w="120" w:type="dxa"/>
            </w:tcMar>
          </w:tcPr>
          <w:p w14:paraId="6D6D36B4" w14:textId="77777777" w:rsidR="00617C03" w:rsidRDefault="00000000">
            <w:pPr>
              <w:spacing w:after="0"/>
            </w:pPr>
            <w:r>
              <w:rPr>
                <w:b/>
                <w:color w:val="1F4E79"/>
                <w:sz w:val="22"/>
              </w:rPr>
              <w:t>OFFICE USE ONLY - CUSTOMER MAY STOP HERE</w:t>
            </w:r>
          </w:p>
        </w:tc>
      </w:tr>
      <w:tr w:rsidR="00617C03" w14:paraId="62D3AF65" w14:textId="77777777" w:rsidTr="008A0067">
        <w:trPr>
          <w:cantSplit/>
          <w:trHeight w:val="430"/>
          <w:tblHeader/>
        </w:trPr>
        <w:tc>
          <w:tcPr>
            <w:tcW w:w="3749"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395CC0A9" w14:textId="77777777" w:rsidR="00617C03" w:rsidRDefault="00000000">
            <w:pPr>
              <w:spacing w:after="0"/>
            </w:pPr>
            <w:r>
              <w:rPr>
                <w:b/>
                <w:sz w:val="20"/>
              </w:rPr>
              <w:t>Utility Account Number</w:t>
            </w:r>
          </w:p>
        </w:tc>
        <w:tc>
          <w:tcPr>
            <w:tcW w:w="6937"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3657D6AE" w14:textId="77777777" w:rsidR="00617C03" w:rsidRDefault="00000000">
            <w:pPr>
              <w:spacing w:after="0"/>
            </w:pPr>
            <w:sdt>
              <w:sdtPr>
                <w:alias w:val="ACCOUNT_NUMBER"/>
                <w:tag w:val="ACCOUNT_NUMBER"/>
                <w:id w:val="577021135"/>
                <w:text/>
              </w:sdtPr>
              <w:sdtContent>
                <w:r>
                  <w:rPr>
                    <w:color w:val="5A5A5A"/>
                    <w:sz w:val="20"/>
                  </w:rPr>
                  <w:t>{{ACCOUNT_NUMBER}}</w:t>
                </w:r>
              </w:sdtContent>
            </w:sdt>
          </w:p>
        </w:tc>
      </w:tr>
      <w:tr w:rsidR="00617C03" w14:paraId="78F2E6B0" w14:textId="77777777" w:rsidTr="008A0067">
        <w:trPr>
          <w:cantSplit/>
          <w:trHeight w:val="430"/>
        </w:trPr>
        <w:tc>
          <w:tcPr>
            <w:tcW w:w="3749"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6DFC9BE4" w14:textId="77777777" w:rsidR="00617C03" w:rsidRDefault="00000000">
            <w:pPr>
              <w:spacing w:after="0"/>
            </w:pPr>
            <w:r>
              <w:rPr>
                <w:b/>
                <w:sz w:val="20"/>
              </w:rPr>
              <w:t>2025 Reading</w:t>
            </w:r>
          </w:p>
        </w:tc>
        <w:tc>
          <w:tcPr>
            <w:tcW w:w="6937"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0EF570BE" w14:textId="77777777" w:rsidR="00617C03" w:rsidRDefault="00000000">
            <w:pPr>
              <w:spacing w:after="0"/>
            </w:pPr>
            <w:sdt>
              <w:sdtPr>
                <w:alias w:val="READING_2025"/>
                <w:tag w:val="READING_2025"/>
                <w:id w:val="-169017271"/>
                <w:text/>
              </w:sdtPr>
              <w:sdtContent>
                <w:r>
                  <w:rPr>
                    <w:color w:val="5A5A5A"/>
                    <w:sz w:val="20"/>
                  </w:rPr>
                  <w:t>{{READING_2025}}</w:t>
                </w:r>
              </w:sdtContent>
            </w:sdt>
          </w:p>
        </w:tc>
      </w:tr>
      <w:tr w:rsidR="00617C03" w14:paraId="6D3FE56A" w14:textId="77777777" w:rsidTr="008A0067">
        <w:trPr>
          <w:cantSplit/>
          <w:trHeight w:val="430"/>
        </w:trPr>
        <w:tc>
          <w:tcPr>
            <w:tcW w:w="3749"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1988DA96" w14:textId="77777777" w:rsidR="00617C03" w:rsidRDefault="00000000">
            <w:pPr>
              <w:spacing w:after="0"/>
            </w:pPr>
            <w:r>
              <w:rPr>
                <w:b/>
                <w:sz w:val="20"/>
              </w:rPr>
              <w:t>2026 Reading</w:t>
            </w:r>
          </w:p>
        </w:tc>
        <w:tc>
          <w:tcPr>
            <w:tcW w:w="6937"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32366EA8" w14:textId="77777777" w:rsidR="00617C03" w:rsidRDefault="00000000">
            <w:pPr>
              <w:spacing w:after="0"/>
            </w:pPr>
            <w:sdt>
              <w:sdtPr>
                <w:alias w:val="READING_2026"/>
                <w:tag w:val="READING_2026"/>
                <w:id w:val="1275974095"/>
                <w:text/>
              </w:sdtPr>
              <w:sdtContent>
                <w:r>
                  <w:rPr>
                    <w:color w:val="5A5A5A"/>
                    <w:sz w:val="20"/>
                  </w:rPr>
                  <w:t>{{READING_2026}}</w:t>
                </w:r>
              </w:sdtContent>
            </w:sdt>
          </w:p>
        </w:tc>
      </w:tr>
      <w:tr w:rsidR="00617C03" w14:paraId="4D7D345C" w14:textId="77777777" w:rsidTr="008A0067">
        <w:trPr>
          <w:cantSplit/>
          <w:trHeight w:val="430"/>
        </w:trPr>
        <w:tc>
          <w:tcPr>
            <w:tcW w:w="3749" w:type="dxa"/>
            <w:tcBorders>
              <w:top w:val="single" w:sz="8" w:space="0" w:color="8EA9C1"/>
              <w:left w:val="single" w:sz="8" w:space="0" w:color="8EA9C1"/>
              <w:bottom w:val="single" w:sz="8" w:space="0" w:color="8EA9C1"/>
              <w:right w:val="single" w:sz="8" w:space="0" w:color="8EA9C1"/>
            </w:tcBorders>
            <w:shd w:val="clear" w:color="auto" w:fill="F4F8FB"/>
            <w:tcMar>
              <w:top w:w="70" w:type="dxa"/>
              <w:left w:w="110" w:type="dxa"/>
              <w:bottom w:w="70" w:type="dxa"/>
              <w:right w:w="110" w:type="dxa"/>
            </w:tcMar>
            <w:vAlign w:val="center"/>
          </w:tcPr>
          <w:p w14:paraId="4751112A" w14:textId="77777777" w:rsidR="00617C03" w:rsidRDefault="00000000">
            <w:pPr>
              <w:spacing w:after="0"/>
            </w:pPr>
            <w:r>
              <w:rPr>
                <w:b/>
                <w:sz w:val="20"/>
              </w:rPr>
              <w:t>Gallons Consumption</w:t>
            </w:r>
          </w:p>
        </w:tc>
        <w:tc>
          <w:tcPr>
            <w:tcW w:w="6937" w:type="dxa"/>
            <w:gridSpan w:val="2"/>
            <w:tcBorders>
              <w:top w:val="single" w:sz="8" w:space="0" w:color="8EA9C1"/>
              <w:left w:val="single" w:sz="8" w:space="0" w:color="8EA9C1"/>
              <w:bottom w:val="single" w:sz="8" w:space="0" w:color="8EA9C1"/>
              <w:right w:val="single" w:sz="8" w:space="0" w:color="8EA9C1"/>
            </w:tcBorders>
            <w:tcMar>
              <w:top w:w="70" w:type="dxa"/>
              <w:left w:w="130" w:type="dxa"/>
              <w:bottom w:w="70" w:type="dxa"/>
              <w:right w:w="130" w:type="dxa"/>
            </w:tcMar>
            <w:vAlign w:val="center"/>
          </w:tcPr>
          <w:p w14:paraId="0C0C4344" w14:textId="77777777" w:rsidR="00617C03" w:rsidRDefault="00000000">
            <w:pPr>
              <w:spacing w:after="0"/>
            </w:pPr>
            <w:sdt>
              <w:sdtPr>
                <w:alias w:val="GALLONS_CONSUMPTION"/>
                <w:tag w:val="GALLONS_CONSUMPTION"/>
                <w:id w:val="1419058456"/>
                <w:text/>
              </w:sdtPr>
              <w:sdtContent>
                <w:r>
                  <w:rPr>
                    <w:color w:val="5A5A5A"/>
                    <w:sz w:val="20"/>
                  </w:rPr>
                  <w:t>{{GALLONS_CONSUMPTION}}</w:t>
                </w:r>
              </w:sdtContent>
            </w:sdt>
          </w:p>
        </w:tc>
      </w:tr>
    </w:tbl>
    <w:p w14:paraId="574E9126" w14:textId="1D0796F2" w:rsidR="00617C03" w:rsidRPr="00710747" w:rsidRDefault="00000000">
      <w:pPr>
        <w:spacing w:before="100" w:after="0"/>
        <w:jc w:val="center"/>
        <w:rPr>
          <w:color w:val="EE0000"/>
        </w:rPr>
      </w:pPr>
      <w:r w:rsidRPr="00710747">
        <w:rPr>
          <w:b/>
          <w:color w:val="EE0000"/>
          <w:sz w:val="22"/>
        </w:rPr>
        <w:t xml:space="preserve">PLEASE RETURN BY </w:t>
      </w:r>
      <w:r w:rsidR="006E193B" w:rsidRPr="00710747">
        <w:rPr>
          <w:b/>
          <w:color w:val="EE0000"/>
          <w:sz w:val="22"/>
        </w:rPr>
        <w:t>NOVEMBER 10</w:t>
      </w:r>
      <w:r w:rsidRPr="00710747">
        <w:rPr>
          <w:b/>
          <w:color w:val="EE0000"/>
          <w:sz w:val="22"/>
        </w:rPr>
        <w:t>, 2026</w:t>
      </w:r>
    </w:p>
    <w:sectPr w:rsidR="00617C03" w:rsidRPr="00710747" w:rsidSect="00034616">
      <w:footerReference w:type="default" r:id="rId9"/>
      <w:pgSz w:w="12240" w:h="15840"/>
      <w:pgMar w:top="648" w:right="893" w:bottom="648" w:left="893"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5660B" w14:textId="77777777" w:rsidR="002370EC" w:rsidRDefault="002370EC">
      <w:pPr>
        <w:spacing w:after="0" w:line="240" w:lineRule="auto"/>
      </w:pPr>
      <w:r>
        <w:separator/>
      </w:r>
    </w:p>
  </w:endnote>
  <w:endnote w:type="continuationSeparator" w:id="0">
    <w:p w14:paraId="0C4403A5" w14:textId="77777777" w:rsidR="002370EC" w:rsidRDefault="0023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9787" w14:textId="77777777" w:rsidR="00617C03" w:rsidRDefault="00000000">
    <w:pPr>
      <w:pStyle w:val="Footer"/>
      <w:jc w:val="center"/>
    </w:pPr>
    <w:r>
      <w:rPr>
        <w:color w:val="646464"/>
        <w:sz w:val="16"/>
      </w:rPr>
      <w:t>Town of Sunman - Summer Meter Program Annual Reading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39E9" w14:textId="77777777" w:rsidR="002370EC" w:rsidRDefault="002370EC">
      <w:pPr>
        <w:spacing w:after="0" w:line="240" w:lineRule="auto"/>
      </w:pPr>
      <w:r>
        <w:separator/>
      </w:r>
    </w:p>
  </w:footnote>
  <w:footnote w:type="continuationSeparator" w:id="0">
    <w:p w14:paraId="76FC94BB" w14:textId="77777777" w:rsidR="002370EC" w:rsidRDefault="002370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1702401">
    <w:abstractNumId w:val="8"/>
  </w:num>
  <w:num w:numId="2" w16cid:durableId="1004286707">
    <w:abstractNumId w:val="6"/>
  </w:num>
  <w:num w:numId="3" w16cid:durableId="128670395">
    <w:abstractNumId w:val="5"/>
  </w:num>
  <w:num w:numId="4" w16cid:durableId="1404790253">
    <w:abstractNumId w:val="4"/>
  </w:num>
  <w:num w:numId="5" w16cid:durableId="365565420">
    <w:abstractNumId w:val="7"/>
  </w:num>
  <w:num w:numId="6" w16cid:durableId="1049377891">
    <w:abstractNumId w:val="3"/>
  </w:num>
  <w:num w:numId="7" w16cid:durableId="1193037021">
    <w:abstractNumId w:val="2"/>
  </w:num>
  <w:num w:numId="8" w16cid:durableId="1768580851">
    <w:abstractNumId w:val="1"/>
  </w:num>
  <w:num w:numId="9" w16cid:durableId="609288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088"/>
    <w:rsid w:val="0015074B"/>
    <w:rsid w:val="002370EC"/>
    <w:rsid w:val="002938B2"/>
    <w:rsid w:val="0029639D"/>
    <w:rsid w:val="002E7D40"/>
    <w:rsid w:val="00326F90"/>
    <w:rsid w:val="003307A3"/>
    <w:rsid w:val="00617C03"/>
    <w:rsid w:val="006E193B"/>
    <w:rsid w:val="00710747"/>
    <w:rsid w:val="008A0067"/>
    <w:rsid w:val="00AA1D8D"/>
    <w:rsid w:val="00B47730"/>
    <w:rsid w:val="00B567D7"/>
    <w:rsid w:val="00B86704"/>
    <w:rsid w:val="00CB0664"/>
    <w:rsid w:val="00DF0E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AE505"/>
  <w14:defaultImageDpi w14:val="300"/>
  <w15:docId w15:val="{D0259A7C-C669-4ED8-BEA2-59090AB2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Sunman Summer Meter Program 2026 Annual Reading Form</dc:title>
  <dc:subject>Fillable annual summer meter reading form for wastewater adjustment.</dc:subject>
  <dc:creator>Town of Sunman</dc:creator>
  <cp:keywords>Sunman Utilities, summer meter, wastewater adjustment, accessible form</cp:keywords>
  <dc:description>generated by python-docx</dc:description>
  <cp:lastModifiedBy>Cheryl Taylor</cp:lastModifiedBy>
  <cp:revision>4</cp:revision>
  <cp:lastPrinted>2026-10-08T11:05:00Z</cp:lastPrinted>
  <dcterms:created xsi:type="dcterms:W3CDTF">2026-10-08T12:01:00Z</dcterms:created>
  <dcterms:modified xsi:type="dcterms:W3CDTF">2026-10-08T12:16:00Z</dcterms:modified>
  <cp:category/>
</cp:coreProperties>
</file>